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སངས་རྒྱས་ཆོས་དང་ཚོགས་ཀྱི་མཆོག་རྣམས་ལ། །</w:t>
        <w:br/>
        <w:t>བྱང་ཆུབ་བར་དུ་བདག་ནི་སྐྱབས་སུ་མཆི། །</w:t>
        <w:br/>
        <w:t>བདག་གིས་སྦྱིན་སོགས་བགྱིས་པའི་བསོད་ནམས་ཀིས། །</w:t>
        <w:br/>
        <w:t>འགྲོ་ལ་ཕན་ཕྱིར་སངས་རྒྱས་འགྲུབ་པར་ཤོག། །</w:t>
      </w:r>
    </w:p>
    <w:p>
      <w:r>
        <w:t>སེམས་ཅན་ཐམས་ཅད་བདེ་བ་དང་བདེ་བའི་རྒྱུ་དང་ལྡན་པར་གྱུར་ཅིག། སེམས་ཅན་ཐམས་ཅད་སྡུག་བསྔལ་དང་སྡུག་བསྔལ་གྱི་རྒྱུ་དང་བྲལ་བར་གྱུར་ཅིག། སེམས་ཅན་ཐམས་ཅད་སྡུག་བསྔལ་མེད་པའི་བདེ་བ་དང་མི་འབྲལ་བར་གྱུར་ཅིག། སེམས་ཅན་ཐམས་ཅད་ཉེ་རིང་ཆགས་སྡང་གཉིས་དང་བྲལ་བའི་བཏང་སྙོམས་ཚད་མེད་པ་ལ་གནས་པར་གྱུར་ཅིག།</w:t>
      </w:r>
    </w:p>
    <w:p>
      <w:r>
        <w:t>བསོད་ནམས་འདི་ཡིས་ཐམས་ཅད་གཟིགས་པ་ཉིད། །</w:t>
        <w:br/>
        <w:t>ཐོབ་ནས་ཉེས་པའི་དགྲ་རྣམས་ཕམ་བྱས་ཏེ། །</w:t>
        <w:br/>
        <w:t>སྐྱེ་རྒ་ན་འཆིའི་རྦ་ཀློང་འཁྲུགས་པ་ཡི། །</w:t>
        <w:br/>
        <w:t>སྲིད་པའི་མཚོ་ལས་འགྲོ་བ་སྒྲོལ་བར་ཤོག། 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